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DA7" w:rsidRDefault="001E3F4A" w:rsidP="00EC7C66">
      <w:pPr>
        <w:pStyle w:val="Ttulo"/>
        <w:jc w:val="center"/>
      </w:pPr>
      <w:r>
        <w:t>SEMI-ANNUAL ACTIVITY REPORT – CRESCA</w:t>
      </w:r>
    </w:p>
    <w:p w:rsidR="00E50DA7" w:rsidRPr="00E07908" w:rsidRDefault="001E3F4A" w:rsidP="006F7C5A">
      <w:pPr>
        <w:jc w:val="both"/>
        <w:rPr>
          <w:rFonts w:asciiTheme="majorHAnsi" w:hAnsiTheme="majorHAnsi" w:cstheme="majorHAnsi"/>
          <w:b/>
          <w:sz w:val="24"/>
        </w:rPr>
      </w:pPr>
      <w:r w:rsidRPr="00E07908">
        <w:rPr>
          <w:rFonts w:asciiTheme="majorHAnsi" w:hAnsiTheme="majorHAnsi" w:cstheme="majorHAnsi"/>
          <w:b/>
          <w:sz w:val="24"/>
        </w:rPr>
        <w:t>Recreational, Social and Cultural Animal Center</w:t>
      </w:r>
    </w:p>
    <w:p w:rsidR="00E50DA7" w:rsidRDefault="001E3F4A" w:rsidP="006F7C5A">
      <w:pPr>
        <w:jc w:val="both"/>
        <w:rPr>
          <w:rFonts w:asciiTheme="majorHAnsi" w:hAnsiTheme="majorHAnsi" w:cstheme="majorHAnsi"/>
          <w:b/>
          <w:sz w:val="24"/>
        </w:rPr>
      </w:pPr>
      <w:r w:rsidRPr="00E07908">
        <w:rPr>
          <w:rFonts w:asciiTheme="majorHAnsi" w:hAnsiTheme="majorHAnsi" w:cstheme="majorHAnsi"/>
          <w:b/>
          <w:sz w:val="24"/>
        </w:rPr>
        <w:t>January – June 2025</w:t>
      </w:r>
    </w:p>
    <w:p w:rsidR="00AF47F3" w:rsidRPr="00AF47F3" w:rsidRDefault="00AF47F3" w:rsidP="006F7C5A">
      <w:pPr>
        <w:jc w:val="both"/>
        <w:rPr>
          <w:rFonts w:asciiTheme="majorHAnsi" w:hAnsiTheme="majorHAnsi" w:cstheme="majorHAnsi"/>
          <w:b/>
          <w:sz w:val="24"/>
        </w:rPr>
      </w:pPr>
      <w:r w:rsidRPr="004B2983">
        <w:rPr>
          <w:rFonts w:asciiTheme="majorHAnsi" w:hAnsiTheme="majorHAnsi" w:cstheme="majorHAnsi"/>
          <w:noProof/>
          <w:lang w:val="es-MX" w:eastAsia="es-MX"/>
        </w:rPr>
        <w:drawing>
          <wp:inline distT="0" distB="0" distL="0" distR="0" wp14:anchorId="69FDC2FE" wp14:editId="472E7665">
            <wp:extent cx="5486400" cy="4117340"/>
            <wp:effectExtent l="0" t="0" r="0" b="0"/>
            <wp:docPr id="1" name="Imagen 1" descr="C:\Users\alex\Pictures\2025\02 Febrero\20250221 Visita Jardin NIños Colegio Salvatierra CRESCA\IMG-202502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Pictures\2025\02 Febrero\20250221 Visita Jardin NIños Colegio Salvatierra CRESCA\IMG-20250221-WA00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7F3" w:rsidRPr="00AF47F3" w:rsidRDefault="00AF47F3" w:rsidP="006F7C5A">
      <w:pPr>
        <w:jc w:val="center"/>
        <w:rPr>
          <w:rFonts w:asciiTheme="majorHAnsi" w:hAnsiTheme="majorHAnsi" w:cstheme="majorHAnsi"/>
          <w:sz w:val="16"/>
        </w:rPr>
      </w:pPr>
      <w:r w:rsidRPr="00AF47F3">
        <w:rPr>
          <w:rFonts w:asciiTheme="majorHAnsi" w:hAnsiTheme="majorHAnsi" w:cstheme="majorHAnsi"/>
          <w:sz w:val="16"/>
        </w:rPr>
        <w:t>Group of preschool children visiting CRESCA</w:t>
      </w:r>
    </w:p>
    <w:p w:rsidR="00E50DA7" w:rsidRPr="00E07908" w:rsidRDefault="001E3F4A" w:rsidP="00D940B1">
      <w:pPr>
        <w:pStyle w:val="Ttulo1"/>
        <w:jc w:val="both"/>
        <w:rPr>
          <w:rFonts w:cstheme="majorHAnsi"/>
        </w:rPr>
      </w:pPr>
      <w:r w:rsidRPr="00E07908">
        <w:rPr>
          <w:rFonts w:cstheme="majorHAnsi"/>
        </w:rPr>
        <w:t>Introduction</w:t>
      </w:r>
    </w:p>
    <w:p w:rsidR="00E50DA7" w:rsidRPr="00E07908" w:rsidRDefault="001E3F4A" w:rsidP="00D940B1">
      <w:pPr>
        <w:jc w:val="both"/>
        <w:rPr>
          <w:rFonts w:asciiTheme="majorHAnsi" w:hAnsiTheme="majorHAnsi" w:cstheme="majorHAnsi"/>
        </w:rPr>
      </w:pPr>
      <w:r w:rsidRPr="00E07908">
        <w:rPr>
          <w:rFonts w:asciiTheme="majorHAnsi" w:hAnsiTheme="majorHAnsi" w:cstheme="majorHAnsi"/>
        </w:rPr>
        <w:t xml:space="preserve">As part of our commitment to transparency and animal welfare, we present to the community a summary of the activities carried out during </w:t>
      </w:r>
      <w:r w:rsidRPr="00E07908">
        <w:rPr>
          <w:rFonts w:asciiTheme="majorHAnsi" w:hAnsiTheme="majorHAnsi" w:cstheme="majorHAnsi"/>
        </w:rPr>
        <w:t>the first half of 2025. At CRESCA, we work under four fundamental pillars: rescue, adoption, spaying/neutering, and community co-responsibility, always with the vision of generating a positive impact on health, education, the environment, and community dev</w:t>
      </w:r>
      <w:r w:rsidRPr="00E07908">
        <w:rPr>
          <w:rFonts w:asciiTheme="majorHAnsi" w:hAnsiTheme="majorHAnsi" w:cstheme="majorHAnsi"/>
        </w:rPr>
        <w:t>elopment.</w:t>
      </w:r>
    </w:p>
    <w:p w:rsidR="00E50DA7" w:rsidRPr="00E07908" w:rsidRDefault="001E3F4A" w:rsidP="00D940B1">
      <w:pPr>
        <w:pStyle w:val="Ttulo1"/>
        <w:jc w:val="both"/>
        <w:rPr>
          <w:rFonts w:cstheme="majorHAnsi"/>
        </w:rPr>
      </w:pPr>
      <w:r w:rsidRPr="00E07908">
        <w:rPr>
          <w:rFonts w:cstheme="majorHAnsi"/>
        </w:rPr>
        <w:lastRenderedPageBreak/>
        <w:t>Institutional Collaboration and Outreach</w:t>
      </w:r>
    </w:p>
    <w:p w:rsidR="00E50DA7" w:rsidRPr="00E07908" w:rsidRDefault="001E3F4A" w:rsidP="00D940B1">
      <w:pPr>
        <w:jc w:val="both"/>
        <w:rPr>
          <w:rFonts w:asciiTheme="majorHAnsi" w:hAnsiTheme="majorHAnsi" w:cstheme="majorHAnsi"/>
        </w:rPr>
      </w:pPr>
      <w:r w:rsidRPr="00E07908">
        <w:rPr>
          <w:rFonts w:asciiTheme="majorHAnsi" w:hAnsiTheme="majorHAnsi" w:cstheme="majorHAnsi"/>
        </w:rPr>
        <w:t>Collaboration with institutions and allied organizations remains key to expanding our reach and strengthening animal welfare efforts.</w:t>
      </w:r>
    </w:p>
    <w:p w:rsidR="00AE4875" w:rsidRDefault="00936DF3" w:rsidP="00D940B1">
      <w:pPr>
        <w:pStyle w:val="Listaconvietas"/>
        <w:tabs>
          <w:tab w:val="clear" w:pos="360"/>
          <w:tab w:val="num" w:pos="720"/>
        </w:tabs>
        <w:ind w:left="720"/>
        <w:jc w:val="both"/>
        <w:rPr>
          <w:rFonts w:asciiTheme="majorHAnsi" w:hAnsiTheme="majorHAnsi" w:cstheme="majorHAnsi"/>
        </w:rPr>
      </w:pPr>
      <w:r w:rsidRPr="00936DF3">
        <w:rPr>
          <w:rFonts w:asciiTheme="majorHAnsi" w:hAnsiTheme="majorHAnsi" w:cstheme="majorHAnsi"/>
        </w:rPr>
        <w:t>We are part of the Municipal Animal Welfare Committee of Mulegé.</w:t>
      </w:r>
    </w:p>
    <w:p w:rsidR="00E50DA7" w:rsidRPr="00E07908" w:rsidRDefault="001E3F4A" w:rsidP="00D940B1">
      <w:pPr>
        <w:pStyle w:val="Listaconvietas"/>
        <w:tabs>
          <w:tab w:val="clear" w:pos="360"/>
          <w:tab w:val="num" w:pos="720"/>
        </w:tabs>
        <w:ind w:left="720"/>
        <w:jc w:val="both"/>
        <w:rPr>
          <w:rFonts w:asciiTheme="majorHAnsi" w:hAnsiTheme="majorHAnsi" w:cstheme="majorHAnsi"/>
        </w:rPr>
      </w:pPr>
      <w:r w:rsidRPr="00E07908">
        <w:rPr>
          <w:rFonts w:asciiTheme="majorHAnsi" w:hAnsiTheme="majorHAnsi" w:cstheme="majorHAnsi"/>
        </w:rPr>
        <w:t>We shared CRESCA’s management plan to support the creation of a new r</w:t>
      </w:r>
      <w:r w:rsidRPr="00E07908">
        <w:rPr>
          <w:rFonts w:asciiTheme="majorHAnsi" w:hAnsiTheme="majorHAnsi" w:cstheme="majorHAnsi"/>
        </w:rPr>
        <w:t>escue center in Guerrero Negro.</w:t>
      </w:r>
    </w:p>
    <w:p w:rsidR="00E50DA7" w:rsidRPr="00E07908" w:rsidRDefault="001E3F4A" w:rsidP="00D940B1">
      <w:pPr>
        <w:pStyle w:val="Listaconvietas"/>
        <w:tabs>
          <w:tab w:val="clear" w:pos="360"/>
          <w:tab w:val="num" w:pos="720"/>
        </w:tabs>
        <w:ind w:left="720"/>
        <w:jc w:val="both"/>
        <w:rPr>
          <w:rFonts w:asciiTheme="majorHAnsi" w:hAnsiTheme="majorHAnsi" w:cstheme="majorHAnsi"/>
        </w:rPr>
      </w:pPr>
      <w:r w:rsidRPr="00E07908">
        <w:rPr>
          <w:rFonts w:asciiTheme="majorHAnsi" w:hAnsiTheme="majorHAnsi" w:cstheme="majorHAnsi"/>
        </w:rPr>
        <w:t>We coordinated with Baja Mobile Steri-Vet and the Municipal Health Department sterilization campaigns, with a goal of 150 dogs scheduled.</w:t>
      </w:r>
    </w:p>
    <w:p w:rsidR="00E50DA7" w:rsidRPr="00E07908" w:rsidRDefault="001E3F4A" w:rsidP="00D940B1">
      <w:pPr>
        <w:pStyle w:val="Listaconvietas"/>
        <w:tabs>
          <w:tab w:val="clear" w:pos="360"/>
          <w:tab w:val="num" w:pos="720"/>
        </w:tabs>
        <w:ind w:left="720"/>
        <w:jc w:val="both"/>
        <w:rPr>
          <w:rFonts w:asciiTheme="majorHAnsi" w:hAnsiTheme="majorHAnsi" w:cstheme="majorHAnsi"/>
        </w:rPr>
      </w:pPr>
      <w:r w:rsidRPr="00E07908">
        <w:rPr>
          <w:rFonts w:asciiTheme="majorHAnsi" w:hAnsiTheme="majorHAnsi" w:cstheme="majorHAnsi"/>
        </w:rPr>
        <w:t>We provided equipment and materials (carriers, muzzles, leashes, folding tables, a</w:t>
      </w:r>
      <w:r w:rsidRPr="00E07908">
        <w:rPr>
          <w:rFonts w:asciiTheme="majorHAnsi" w:hAnsiTheme="majorHAnsi" w:cstheme="majorHAnsi"/>
        </w:rPr>
        <w:t>nd tent) for campaigns in rural communities such as Punta Abreojos, Bahía Tortugas, Bahía Asunción, and Laguna de San Ignacio.</w:t>
      </w:r>
    </w:p>
    <w:p w:rsidR="00E50DA7" w:rsidRPr="00E07908" w:rsidRDefault="001E3F4A" w:rsidP="00D940B1">
      <w:pPr>
        <w:pStyle w:val="Listaconvietas"/>
        <w:tabs>
          <w:tab w:val="clear" w:pos="360"/>
          <w:tab w:val="num" w:pos="720"/>
        </w:tabs>
        <w:ind w:left="720"/>
        <w:jc w:val="both"/>
        <w:rPr>
          <w:rFonts w:asciiTheme="majorHAnsi" w:hAnsiTheme="majorHAnsi" w:cstheme="majorHAnsi"/>
        </w:rPr>
      </w:pPr>
      <w:r w:rsidRPr="00E07908">
        <w:rPr>
          <w:rFonts w:asciiTheme="majorHAnsi" w:hAnsiTheme="majorHAnsi" w:cstheme="majorHAnsi"/>
        </w:rPr>
        <w:t xml:space="preserve">We advised </w:t>
      </w:r>
      <w:proofErr w:type="spellStart"/>
      <w:r w:rsidRPr="00E07908">
        <w:rPr>
          <w:rFonts w:asciiTheme="majorHAnsi" w:hAnsiTheme="majorHAnsi" w:cstheme="majorHAnsi"/>
        </w:rPr>
        <w:t>Steri</w:t>
      </w:r>
      <w:proofErr w:type="spellEnd"/>
      <w:r w:rsidRPr="00E07908">
        <w:rPr>
          <w:rFonts w:asciiTheme="majorHAnsi" w:hAnsiTheme="majorHAnsi" w:cstheme="majorHAnsi"/>
        </w:rPr>
        <w:t>-Vet during their visit to La Paz and facilitated contact with state authorities.</w:t>
      </w:r>
    </w:p>
    <w:p w:rsidR="00E50DA7" w:rsidRPr="00E07908" w:rsidRDefault="001E3F4A" w:rsidP="00D940B1">
      <w:pPr>
        <w:pStyle w:val="Listaconvietas"/>
        <w:tabs>
          <w:tab w:val="clear" w:pos="360"/>
          <w:tab w:val="num" w:pos="720"/>
        </w:tabs>
        <w:ind w:left="720"/>
        <w:jc w:val="both"/>
        <w:rPr>
          <w:rFonts w:asciiTheme="majorHAnsi" w:hAnsiTheme="majorHAnsi" w:cstheme="majorHAnsi"/>
        </w:rPr>
      </w:pPr>
      <w:r w:rsidRPr="00E07908">
        <w:rPr>
          <w:rFonts w:asciiTheme="majorHAnsi" w:hAnsiTheme="majorHAnsi" w:cstheme="majorHAnsi"/>
        </w:rPr>
        <w:t>We promoted responsible pet</w:t>
      </w:r>
      <w:r w:rsidRPr="00E07908">
        <w:rPr>
          <w:rFonts w:asciiTheme="majorHAnsi" w:hAnsiTheme="majorHAnsi" w:cstheme="majorHAnsi"/>
        </w:rPr>
        <w:t xml:space="preserve"> ownership, adoption, and spaying/neutering in elementary schools and welcomed visits such as that of Colegio de Salvatierra preschoolers.</w:t>
      </w:r>
    </w:p>
    <w:p w:rsidR="00E50DA7" w:rsidRPr="00E07908" w:rsidRDefault="001E3F4A" w:rsidP="00D940B1">
      <w:pPr>
        <w:pStyle w:val="Ttulo1"/>
        <w:jc w:val="both"/>
        <w:rPr>
          <w:rFonts w:cstheme="majorHAnsi"/>
        </w:rPr>
      </w:pPr>
      <w:r w:rsidRPr="00E07908">
        <w:rPr>
          <w:rFonts w:cstheme="majorHAnsi"/>
        </w:rPr>
        <w:t>Rescues and Adoptions</w:t>
      </w:r>
    </w:p>
    <w:p w:rsidR="00E50DA7" w:rsidRPr="00E07908" w:rsidRDefault="001E3F4A" w:rsidP="00D940B1">
      <w:pPr>
        <w:jc w:val="both"/>
        <w:rPr>
          <w:rFonts w:asciiTheme="majorHAnsi" w:hAnsiTheme="majorHAnsi" w:cstheme="majorHAnsi"/>
        </w:rPr>
      </w:pPr>
      <w:r w:rsidRPr="00E07908">
        <w:rPr>
          <w:rFonts w:asciiTheme="majorHAnsi" w:hAnsiTheme="majorHAnsi" w:cstheme="majorHAnsi"/>
        </w:rPr>
        <w:t>The rescue of animals in vulnerable situations and their placement in responsible homes remains</w:t>
      </w:r>
      <w:r w:rsidRPr="00E07908">
        <w:rPr>
          <w:rFonts w:asciiTheme="majorHAnsi" w:hAnsiTheme="majorHAnsi" w:cstheme="majorHAnsi"/>
        </w:rPr>
        <w:t xml:space="preserve"> one of our main missions.</w:t>
      </w:r>
    </w:p>
    <w:p w:rsidR="00287751" w:rsidRPr="00287751" w:rsidRDefault="00287751" w:rsidP="00D940B1">
      <w:pPr>
        <w:pStyle w:val="Listaconvietas"/>
        <w:tabs>
          <w:tab w:val="clear" w:pos="360"/>
          <w:tab w:val="num" w:pos="720"/>
        </w:tabs>
        <w:ind w:left="720"/>
        <w:jc w:val="both"/>
        <w:rPr>
          <w:rFonts w:asciiTheme="majorHAnsi" w:hAnsiTheme="majorHAnsi" w:cstheme="majorHAnsi"/>
        </w:rPr>
      </w:pPr>
      <w:r w:rsidRPr="00287751">
        <w:rPr>
          <w:rFonts w:asciiTheme="majorHAnsi" w:hAnsiTheme="majorHAnsi" w:cstheme="majorHAnsi"/>
        </w:rPr>
        <w:t>We rescued and sheltered 16 pets.</w:t>
      </w:r>
    </w:p>
    <w:p w:rsidR="00287751" w:rsidRPr="00287751" w:rsidRDefault="00287751" w:rsidP="00D940B1">
      <w:pPr>
        <w:pStyle w:val="Listaconvietas"/>
        <w:tabs>
          <w:tab w:val="clear" w:pos="360"/>
          <w:tab w:val="num" w:pos="720"/>
        </w:tabs>
        <w:ind w:left="720"/>
        <w:jc w:val="both"/>
        <w:rPr>
          <w:rFonts w:asciiTheme="majorHAnsi" w:hAnsiTheme="majorHAnsi" w:cstheme="majorHAnsi"/>
        </w:rPr>
      </w:pPr>
      <w:r w:rsidRPr="00287751">
        <w:rPr>
          <w:rFonts w:asciiTheme="majorHAnsi" w:hAnsiTheme="majorHAnsi" w:cstheme="majorHAnsi"/>
        </w:rPr>
        <w:t>3 pets</w:t>
      </w:r>
      <w:r>
        <w:rPr>
          <w:rFonts w:asciiTheme="majorHAnsi" w:hAnsiTheme="majorHAnsi" w:cstheme="majorHAnsi"/>
        </w:rPr>
        <w:t xml:space="preserve"> were adopted in Santa </w:t>
      </w:r>
      <w:proofErr w:type="spellStart"/>
      <w:r>
        <w:rPr>
          <w:rFonts w:asciiTheme="majorHAnsi" w:hAnsiTheme="majorHAnsi" w:cstheme="majorHAnsi"/>
        </w:rPr>
        <w:t>Rosalía</w:t>
      </w:r>
      <w:proofErr w:type="spellEnd"/>
      <w:r>
        <w:rPr>
          <w:rFonts w:asciiTheme="majorHAnsi" w:hAnsiTheme="majorHAnsi" w:cstheme="majorHAnsi"/>
        </w:rPr>
        <w:t>.</w:t>
      </w:r>
    </w:p>
    <w:p w:rsidR="00287751" w:rsidRPr="00287751" w:rsidRDefault="00287751" w:rsidP="00D940B1">
      <w:pPr>
        <w:pStyle w:val="Listaconvietas"/>
        <w:tabs>
          <w:tab w:val="clear" w:pos="360"/>
          <w:tab w:val="num" w:pos="720"/>
        </w:tabs>
        <w:ind w:left="720"/>
        <w:jc w:val="both"/>
        <w:rPr>
          <w:rFonts w:asciiTheme="majorHAnsi" w:hAnsiTheme="majorHAnsi" w:cstheme="majorHAnsi"/>
        </w:rPr>
      </w:pPr>
      <w:r w:rsidRPr="00287751">
        <w:rPr>
          <w:rFonts w:asciiTheme="majorHAnsi" w:hAnsiTheme="majorHAnsi" w:cstheme="majorHAnsi"/>
        </w:rPr>
        <w:t>We provided logistical support with transportation for pet sterilizations</w:t>
      </w:r>
      <w:r>
        <w:rPr>
          <w:rFonts w:asciiTheme="majorHAnsi" w:hAnsiTheme="majorHAnsi" w:cstheme="majorHAnsi"/>
        </w:rPr>
        <w:t xml:space="preserve"> in Santa </w:t>
      </w:r>
      <w:proofErr w:type="spellStart"/>
      <w:r>
        <w:rPr>
          <w:rFonts w:asciiTheme="majorHAnsi" w:hAnsiTheme="majorHAnsi" w:cstheme="majorHAnsi"/>
        </w:rPr>
        <w:t>Águeda</w:t>
      </w:r>
      <w:proofErr w:type="spellEnd"/>
      <w:r>
        <w:rPr>
          <w:rFonts w:asciiTheme="majorHAnsi" w:hAnsiTheme="majorHAnsi" w:cstheme="majorHAnsi"/>
        </w:rPr>
        <w:t xml:space="preserve"> and San Lucas.</w:t>
      </w:r>
    </w:p>
    <w:p w:rsidR="00287751" w:rsidRDefault="00287751" w:rsidP="00D940B1">
      <w:pPr>
        <w:pStyle w:val="Listaconvietas"/>
        <w:tabs>
          <w:tab w:val="clear" w:pos="360"/>
          <w:tab w:val="num" w:pos="720"/>
        </w:tabs>
        <w:ind w:left="720"/>
        <w:jc w:val="both"/>
        <w:rPr>
          <w:rFonts w:asciiTheme="majorHAnsi" w:hAnsiTheme="majorHAnsi" w:cstheme="majorHAnsi"/>
        </w:rPr>
      </w:pPr>
      <w:r w:rsidRPr="00287751">
        <w:rPr>
          <w:rFonts w:asciiTheme="majorHAnsi" w:hAnsiTheme="majorHAnsi" w:cstheme="majorHAnsi"/>
        </w:rPr>
        <w:t>We prepared the veterinary record of the pet “Tacoma”, facilitating its adoption abroad.</w:t>
      </w:r>
    </w:p>
    <w:p w:rsidR="00E50DA7" w:rsidRPr="00E07908" w:rsidRDefault="001E3F4A" w:rsidP="00D940B1">
      <w:pPr>
        <w:pStyle w:val="Ttulo1"/>
        <w:jc w:val="both"/>
        <w:rPr>
          <w:rFonts w:cstheme="majorHAnsi"/>
        </w:rPr>
      </w:pPr>
      <w:r w:rsidRPr="00E07908">
        <w:rPr>
          <w:rFonts w:cstheme="majorHAnsi"/>
        </w:rPr>
        <w:t>Spaying/Neutering Campaigns</w:t>
      </w:r>
    </w:p>
    <w:p w:rsidR="00E50DA7" w:rsidRPr="00E07908" w:rsidRDefault="001E3F4A" w:rsidP="00D940B1">
      <w:pPr>
        <w:jc w:val="both"/>
        <w:rPr>
          <w:rFonts w:asciiTheme="majorHAnsi" w:hAnsiTheme="majorHAnsi" w:cstheme="majorHAnsi"/>
        </w:rPr>
      </w:pPr>
      <w:r w:rsidRPr="00E07908">
        <w:rPr>
          <w:rFonts w:asciiTheme="majorHAnsi" w:hAnsiTheme="majorHAnsi" w:cstheme="majorHAnsi"/>
        </w:rPr>
        <w:t>We consider mass sterilization as the most effective strategy to reduce the population of stray animals.</w:t>
      </w:r>
    </w:p>
    <w:p w:rsidR="00E50DA7" w:rsidRPr="00E07908" w:rsidRDefault="00925C51" w:rsidP="00D940B1">
      <w:pPr>
        <w:pStyle w:val="Listaconvietas"/>
        <w:tabs>
          <w:tab w:val="clear" w:pos="360"/>
          <w:tab w:val="num" w:pos="720"/>
        </w:tabs>
        <w:ind w:left="72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We carried out 71</w:t>
      </w:r>
      <w:r w:rsidR="001E3F4A" w:rsidRPr="00E07908">
        <w:rPr>
          <w:rFonts w:asciiTheme="majorHAnsi" w:hAnsiTheme="majorHAnsi" w:cstheme="majorHAnsi"/>
        </w:rPr>
        <w:t xml:space="preserve"> free sterilizations under the agreement with the State Health Department.</w:t>
      </w:r>
    </w:p>
    <w:p w:rsidR="00E50DA7" w:rsidRPr="00E07908" w:rsidRDefault="001E3F4A" w:rsidP="00D940B1">
      <w:pPr>
        <w:pStyle w:val="Listaconvietas"/>
        <w:tabs>
          <w:tab w:val="clear" w:pos="360"/>
          <w:tab w:val="num" w:pos="720"/>
        </w:tabs>
        <w:ind w:left="720"/>
        <w:jc w:val="both"/>
        <w:rPr>
          <w:rFonts w:asciiTheme="majorHAnsi" w:hAnsiTheme="majorHAnsi" w:cstheme="majorHAnsi"/>
        </w:rPr>
      </w:pPr>
      <w:r w:rsidRPr="00E07908">
        <w:rPr>
          <w:rFonts w:asciiTheme="majorHAnsi" w:hAnsiTheme="majorHAnsi" w:cstheme="majorHAnsi"/>
        </w:rPr>
        <w:t xml:space="preserve">We participated in the Baja Mobile Steri-Vet campaign </w:t>
      </w:r>
      <w:r w:rsidRPr="00E07908">
        <w:rPr>
          <w:rFonts w:asciiTheme="majorHAnsi" w:hAnsiTheme="majorHAnsi" w:cstheme="majorHAnsi"/>
        </w:rPr>
        <w:t>together with the Municipal Health Department, where 157 pets were sterilized with our logistical and anesthesia support.</w:t>
      </w:r>
    </w:p>
    <w:p w:rsidR="00E50DA7" w:rsidRPr="00E07908" w:rsidRDefault="001E3F4A" w:rsidP="00D940B1">
      <w:pPr>
        <w:pStyle w:val="Listaconvietas"/>
        <w:tabs>
          <w:tab w:val="clear" w:pos="360"/>
          <w:tab w:val="num" w:pos="720"/>
        </w:tabs>
        <w:ind w:left="720"/>
        <w:jc w:val="both"/>
        <w:rPr>
          <w:rFonts w:asciiTheme="majorHAnsi" w:hAnsiTheme="majorHAnsi" w:cstheme="majorHAnsi"/>
        </w:rPr>
      </w:pPr>
      <w:r w:rsidRPr="00E07908">
        <w:rPr>
          <w:rFonts w:asciiTheme="majorHAnsi" w:hAnsiTheme="majorHAnsi" w:cstheme="majorHAnsi"/>
        </w:rPr>
        <w:t>We collaborated with Colorado State University (CSU) and the Municipal Health Department, achieving 172 additional sterilizations.</w:t>
      </w:r>
    </w:p>
    <w:p w:rsidR="00E50DA7" w:rsidRPr="00E07908" w:rsidRDefault="001E3F4A" w:rsidP="00D940B1">
      <w:pPr>
        <w:ind w:left="360"/>
        <w:jc w:val="both"/>
        <w:rPr>
          <w:rFonts w:asciiTheme="majorHAnsi" w:hAnsiTheme="majorHAnsi" w:cstheme="majorHAnsi"/>
        </w:rPr>
      </w:pPr>
      <w:r w:rsidRPr="00E07908">
        <w:rPr>
          <w:rFonts w:asciiTheme="majorHAnsi" w:hAnsiTheme="majorHAnsi" w:cstheme="majorHAnsi"/>
        </w:rPr>
        <w:t>I</w:t>
      </w:r>
      <w:r w:rsidRPr="00E07908">
        <w:rPr>
          <w:rFonts w:asciiTheme="majorHAnsi" w:hAnsiTheme="majorHAnsi" w:cstheme="majorHAnsi"/>
        </w:rPr>
        <w:t>n total, combining our own and collab</w:t>
      </w:r>
      <w:r w:rsidR="003410DC">
        <w:rPr>
          <w:rFonts w:asciiTheme="majorHAnsi" w:hAnsiTheme="majorHAnsi" w:cstheme="majorHAnsi"/>
        </w:rPr>
        <w:t>orative efforts, we achieved 400</w:t>
      </w:r>
      <w:r w:rsidRPr="00E07908">
        <w:rPr>
          <w:rFonts w:asciiTheme="majorHAnsi" w:hAnsiTheme="majorHAnsi" w:cstheme="majorHAnsi"/>
        </w:rPr>
        <w:t xml:space="preserve"> sterilizations this semester.</w:t>
      </w:r>
    </w:p>
    <w:p w:rsidR="00E50DA7" w:rsidRPr="00E07908" w:rsidRDefault="001E3F4A" w:rsidP="00D940B1">
      <w:pPr>
        <w:pStyle w:val="Ttulo1"/>
        <w:jc w:val="both"/>
        <w:rPr>
          <w:rFonts w:cstheme="majorHAnsi"/>
        </w:rPr>
      </w:pPr>
      <w:r w:rsidRPr="00E07908">
        <w:rPr>
          <w:rFonts w:cstheme="majorHAnsi"/>
        </w:rPr>
        <w:lastRenderedPageBreak/>
        <w:t>Community Services</w:t>
      </w:r>
    </w:p>
    <w:p w:rsidR="00E50DA7" w:rsidRPr="00E07908" w:rsidRDefault="001E3F4A" w:rsidP="00D940B1">
      <w:pPr>
        <w:jc w:val="both"/>
        <w:rPr>
          <w:rFonts w:asciiTheme="majorHAnsi" w:hAnsiTheme="majorHAnsi" w:cstheme="majorHAnsi"/>
        </w:rPr>
      </w:pPr>
      <w:r w:rsidRPr="00E07908">
        <w:rPr>
          <w:rFonts w:asciiTheme="majorHAnsi" w:hAnsiTheme="majorHAnsi" w:cstheme="majorHAnsi"/>
        </w:rPr>
        <w:t>CRESCA also plays an important role as direct support for families and pet owners.</w:t>
      </w:r>
    </w:p>
    <w:p w:rsidR="00AA1485" w:rsidRDefault="001E3F4A" w:rsidP="00D940B1">
      <w:pPr>
        <w:pStyle w:val="Listaconvietas"/>
        <w:tabs>
          <w:tab w:val="clear" w:pos="360"/>
          <w:tab w:val="num" w:pos="720"/>
        </w:tabs>
        <w:ind w:left="720"/>
        <w:jc w:val="both"/>
        <w:rPr>
          <w:rFonts w:asciiTheme="majorHAnsi" w:hAnsiTheme="majorHAnsi" w:cstheme="majorHAnsi"/>
        </w:rPr>
      </w:pPr>
      <w:r w:rsidRPr="00E07908">
        <w:rPr>
          <w:rFonts w:asciiTheme="majorHAnsi" w:hAnsiTheme="majorHAnsi" w:cstheme="majorHAnsi"/>
        </w:rPr>
        <w:t>We provided temporary care for pets of families who,</w:t>
      </w:r>
      <w:r w:rsidRPr="00E07908">
        <w:rPr>
          <w:rFonts w:asciiTheme="majorHAnsi" w:hAnsiTheme="majorHAnsi" w:cstheme="majorHAnsi"/>
        </w:rPr>
        <w:t xml:space="preserve"> due to work or health reasons, could not attend to them.</w:t>
      </w:r>
    </w:p>
    <w:p w:rsidR="00AA1485" w:rsidRDefault="001E3F4A" w:rsidP="00D940B1">
      <w:pPr>
        <w:pStyle w:val="Listaconvietas"/>
        <w:tabs>
          <w:tab w:val="clear" w:pos="360"/>
          <w:tab w:val="num" w:pos="720"/>
        </w:tabs>
        <w:ind w:left="720"/>
        <w:jc w:val="both"/>
        <w:rPr>
          <w:rFonts w:asciiTheme="majorHAnsi" w:hAnsiTheme="majorHAnsi" w:cstheme="majorHAnsi"/>
        </w:rPr>
      </w:pPr>
      <w:r w:rsidRPr="00AA1485">
        <w:rPr>
          <w:rFonts w:asciiTheme="majorHAnsi" w:hAnsiTheme="majorHAnsi" w:cstheme="majorHAnsi"/>
        </w:rPr>
        <w:t>We provided transportation and veterinary assistance to rural communities.</w:t>
      </w:r>
    </w:p>
    <w:p w:rsidR="00AA1485" w:rsidRDefault="001E3F4A" w:rsidP="00D940B1">
      <w:pPr>
        <w:pStyle w:val="Listaconvietas"/>
        <w:tabs>
          <w:tab w:val="clear" w:pos="360"/>
          <w:tab w:val="num" w:pos="720"/>
        </w:tabs>
        <w:ind w:left="720"/>
        <w:jc w:val="both"/>
        <w:rPr>
          <w:rFonts w:asciiTheme="majorHAnsi" w:hAnsiTheme="majorHAnsi" w:cstheme="majorHAnsi"/>
        </w:rPr>
      </w:pPr>
      <w:r w:rsidRPr="00AA1485">
        <w:rPr>
          <w:rFonts w:asciiTheme="majorHAnsi" w:hAnsiTheme="majorHAnsi" w:cstheme="majorHAnsi"/>
        </w:rPr>
        <w:t xml:space="preserve">We designed and printed the cremation certificate for a </w:t>
      </w:r>
      <w:proofErr w:type="spellStart"/>
      <w:r w:rsidRPr="00AA1485">
        <w:rPr>
          <w:rFonts w:asciiTheme="majorHAnsi" w:hAnsiTheme="majorHAnsi" w:cstheme="majorHAnsi"/>
        </w:rPr>
        <w:t>Steri</w:t>
      </w:r>
      <w:proofErr w:type="spellEnd"/>
      <w:r w:rsidRPr="00AA1485">
        <w:rPr>
          <w:rFonts w:asciiTheme="majorHAnsi" w:hAnsiTheme="majorHAnsi" w:cstheme="majorHAnsi"/>
        </w:rPr>
        <w:t>-Vet client.</w:t>
      </w:r>
    </w:p>
    <w:p w:rsidR="00AA1485" w:rsidRDefault="001E3F4A" w:rsidP="00D940B1">
      <w:pPr>
        <w:pStyle w:val="Listaconvietas"/>
        <w:tabs>
          <w:tab w:val="clear" w:pos="360"/>
          <w:tab w:val="num" w:pos="720"/>
        </w:tabs>
        <w:ind w:left="720"/>
        <w:jc w:val="both"/>
        <w:rPr>
          <w:rFonts w:asciiTheme="majorHAnsi" w:hAnsiTheme="majorHAnsi" w:cstheme="majorHAnsi"/>
        </w:rPr>
      </w:pPr>
      <w:r w:rsidRPr="00AA1485">
        <w:rPr>
          <w:rFonts w:asciiTheme="majorHAnsi" w:hAnsiTheme="majorHAnsi" w:cstheme="majorHAnsi"/>
        </w:rPr>
        <w:t xml:space="preserve">We facilitated the transfer of pets to </w:t>
      </w:r>
      <w:r w:rsidRPr="00AA1485">
        <w:rPr>
          <w:rFonts w:asciiTheme="majorHAnsi" w:hAnsiTheme="majorHAnsi" w:cstheme="majorHAnsi"/>
        </w:rPr>
        <w:t>Veterinaria San Fernando, such as for the resident of San Lucas Cove (Scott).</w:t>
      </w:r>
    </w:p>
    <w:p w:rsidR="00ED1CA7" w:rsidRDefault="00ED1CA7" w:rsidP="00D940B1">
      <w:pPr>
        <w:pStyle w:val="Listaconvietas"/>
        <w:tabs>
          <w:tab w:val="clear" w:pos="360"/>
          <w:tab w:val="num" w:pos="720"/>
        </w:tabs>
        <w:ind w:left="720"/>
        <w:jc w:val="both"/>
        <w:rPr>
          <w:rFonts w:asciiTheme="majorHAnsi" w:hAnsiTheme="majorHAnsi" w:cstheme="majorHAnsi"/>
        </w:rPr>
      </w:pPr>
      <w:r w:rsidRPr="00ED1CA7">
        <w:rPr>
          <w:rFonts w:asciiTheme="majorHAnsi" w:hAnsiTheme="majorHAnsi" w:cstheme="majorHAnsi"/>
        </w:rPr>
        <w:t>We provided 43 low-cost pet cremation services.</w:t>
      </w:r>
    </w:p>
    <w:p w:rsidR="00E50DA7" w:rsidRPr="00E07908" w:rsidRDefault="001E3F4A" w:rsidP="00D940B1">
      <w:pPr>
        <w:pStyle w:val="Ttulo1"/>
        <w:jc w:val="both"/>
        <w:rPr>
          <w:rFonts w:cstheme="majorHAnsi"/>
        </w:rPr>
      </w:pPr>
      <w:r w:rsidRPr="00E07908">
        <w:rPr>
          <w:rFonts w:cstheme="majorHAnsi"/>
        </w:rPr>
        <w:t>Donations and Support Received</w:t>
      </w:r>
    </w:p>
    <w:p w:rsidR="00E50DA7" w:rsidRPr="00E07908" w:rsidRDefault="001E3F4A" w:rsidP="00D940B1">
      <w:pPr>
        <w:jc w:val="both"/>
        <w:rPr>
          <w:rFonts w:asciiTheme="majorHAnsi" w:hAnsiTheme="majorHAnsi" w:cstheme="majorHAnsi"/>
        </w:rPr>
      </w:pPr>
      <w:r w:rsidRPr="00E07908">
        <w:rPr>
          <w:rFonts w:asciiTheme="majorHAnsi" w:hAnsiTheme="majorHAnsi" w:cstheme="majorHAnsi"/>
        </w:rPr>
        <w:t>The solidarity of companies, cooperatives, and i</w:t>
      </w:r>
      <w:r w:rsidRPr="00E07908">
        <w:rPr>
          <w:rFonts w:asciiTheme="majorHAnsi" w:hAnsiTheme="majorHAnsi" w:cstheme="majorHAnsi"/>
        </w:rPr>
        <w:t>ndividuals is essential to sustain our work.</w:t>
      </w:r>
    </w:p>
    <w:p w:rsidR="00E50DA7" w:rsidRPr="00E07908" w:rsidRDefault="001E3F4A" w:rsidP="00D940B1">
      <w:pPr>
        <w:pStyle w:val="Listaconvietas"/>
        <w:tabs>
          <w:tab w:val="clear" w:pos="360"/>
          <w:tab w:val="num" w:pos="720"/>
        </w:tabs>
        <w:ind w:left="720"/>
        <w:jc w:val="both"/>
        <w:rPr>
          <w:rFonts w:asciiTheme="majorHAnsi" w:hAnsiTheme="majorHAnsi" w:cstheme="majorHAnsi"/>
        </w:rPr>
      </w:pPr>
      <w:r w:rsidRPr="00E07908">
        <w:rPr>
          <w:rFonts w:asciiTheme="majorHAnsi" w:hAnsiTheme="majorHAnsi" w:cstheme="majorHAnsi"/>
        </w:rPr>
        <w:t>Nestlé Purina donated 2,700 kg of kibble, valued at $86,292 pesos.</w:t>
      </w:r>
    </w:p>
    <w:p w:rsidR="00E50DA7" w:rsidRPr="00E07908" w:rsidRDefault="001E3F4A" w:rsidP="00D940B1">
      <w:pPr>
        <w:pStyle w:val="Listaconvietas"/>
        <w:tabs>
          <w:tab w:val="clear" w:pos="360"/>
          <w:tab w:val="num" w:pos="720"/>
        </w:tabs>
        <w:ind w:left="720"/>
        <w:jc w:val="both"/>
        <w:rPr>
          <w:rFonts w:asciiTheme="majorHAnsi" w:hAnsiTheme="majorHAnsi" w:cstheme="majorHAnsi"/>
        </w:rPr>
      </w:pPr>
      <w:r w:rsidRPr="00E07908">
        <w:rPr>
          <w:rFonts w:asciiTheme="majorHAnsi" w:hAnsiTheme="majorHAnsi" w:cstheme="majorHAnsi"/>
        </w:rPr>
        <w:t>A group of foreigners from Punta Chivato (led by Joan Westfall) contributed 460 kg of food.</w:t>
      </w:r>
    </w:p>
    <w:p w:rsidR="00E50DA7" w:rsidRPr="00E07908" w:rsidRDefault="001E3F4A" w:rsidP="00D940B1">
      <w:pPr>
        <w:pStyle w:val="Listaconvietas"/>
        <w:tabs>
          <w:tab w:val="clear" w:pos="360"/>
          <w:tab w:val="num" w:pos="720"/>
        </w:tabs>
        <w:ind w:left="720"/>
        <w:jc w:val="both"/>
        <w:rPr>
          <w:rFonts w:asciiTheme="majorHAnsi" w:hAnsiTheme="majorHAnsi" w:cstheme="majorHAnsi"/>
        </w:rPr>
      </w:pPr>
      <w:r w:rsidRPr="00E07908">
        <w:rPr>
          <w:rFonts w:asciiTheme="majorHAnsi" w:hAnsiTheme="majorHAnsi" w:cstheme="majorHAnsi"/>
        </w:rPr>
        <w:t>Supermarket “</w:t>
      </w:r>
      <w:proofErr w:type="spellStart"/>
      <w:r w:rsidRPr="00E07908">
        <w:rPr>
          <w:rFonts w:asciiTheme="majorHAnsi" w:hAnsiTheme="majorHAnsi" w:cstheme="majorHAnsi"/>
        </w:rPr>
        <w:t>Sotres</w:t>
      </w:r>
      <w:proofErr w:type="spellEnd"/>
      <w:r w:rsidRPr="00E07908">
        <w:rPr>
          <w:rFonts w:asciiTheme="majorHAnsi" w:hAnsiTheme="majorHAnsi" w:cstheme="majorHAnsi"/>
        </w:rPr>
        <w:t xml:space="preserve"> 4” donated tools and 5 sac</w:t>
      </w:r>
      <w:r w:rsidRPr="00E07908">
        <w:rPr>
          <w:rFonts w:asciiTheme="majorHAnsi" w:hAnsiTheme="majorHAnsi" w:cstheme="majorHAnsi"/>
        </w:rPr>
        <w:t>ks of cement (valued at $3,480 pesos).</w:t>
      </w:r>
    </w:p>
    <w:p w:rsidR="00E50DA7" w:rsidRPr="00E07908" w:rsidRDefault="001E3F4A" w:rsidP="00D940B1">
      <w:pPr>
        <w:pStyle w:val="Listaconvietas"/>
        <w:tabs>
          <w:tab w:val="clear" w:pos="360"/>
          <w:tab w:val="num" w:pos="720"/>
        </w:tabs>
        <w:ind w:left="720"/>
        <w:jc w:val="both"/>
        <w:rPr>
          <w:rFonts w:asciiTheme="majorHAnsi" w:hAnsiTheme="majorHAnsi" w:cstheme="majorHAnsi"/>
        </w:rPr>
      </w:pPr>
      <w:r w:rsidRPr="00E07908">
        <w:rPr>
          <w:rFonts w:asciiTheme="majorHAnsi" w:hAnsiTheme="majorHAnsi" w:cstheme="majorHAnsi"/>
        </w:rPr>
        <w:t xml:space="preserve">Fishing Cooperative “Cuesta </w:t>
      </w:r>
      <w:proofErr w:type="spellStart"/>
      <w:r w:rsidRPr="00E07908">
        <w:rPr>
          <w:rFonts w:asciiTheme="majorHAnsi" w:hAnsiTheme="majorHAnsi" w:cstheme="majorHAnsi"/>
        </w:rPr>
        <w:t>Hnos</w:t>
      </w:r>
      <w:proofErr w:type="spellEnd"/>
      <w:r w:rsidRPr="00E07908">
        <w:rPr>
          <w:rFonts w:asciiTheme="majorHAnsi" w:hAnsiTheme="majorHAnsi" w:cstheme="majorHAnsi"/>
        </w:rPr>
        <w:t>.” donated 540 kg of shark and ray fillets.</w:t>
      </w:r>
    </w:p>
    <w:p w:rsidR="00E50DA7" w:rsidRPr="00E07908" w:rsidRDefault="001E3F4A" w:rsidP="00D940B1">
      <w:pPr>
        <w:pStyle w:val="Listaconvietas"/>
        <w:tabs>
          <w:tab w:val="clear" w:pos="360"/>
          <w:tab w:val="num" w:pos="720"/>
        </w:tabs>
        <w:ind w:left="720"/>
        <w:jc w:val="both"/>
        <w:rPr>
          <w:rFonts w:asciiTheme="majorHAnsi" w:hAnsiTheme="majorHAnsi" w:cstheme="majorHAnsi"/>
        </w:rPr>
      </w:pPr>
      <w:r w:rsidRPr="00E07908">
        <w:rPr>
          <w:rFonts w:asciiTheme="majorHAnsi" w:hAnsiTheme="majorHAnsi" w:cstheme="majorHAnsi"/>
        </w:rPr>
        <w:t>Fishing Cooperative “</w:t>
      </w:r>
      <w:proofErr w:type="spellStart"/>
      <w:r w:rsidRPr="00E07908">
        <w:rPr>
          <w:rFonts w:asciiTheme="majorHAnsi" w:hAnsiTheme="majorHAnsi" w:cstheme="majorHAnsi"/>
        </w:rPr>
        <w:t>Acuarios</w:t>
      </w:r>
      <w:proofErr w:type="spellEnd"/>
      <w:r w:rsidRPr="00E07908">
        <w:rPr>
          <w:rFonts w:asciiTheme="majorHAnsi" w:hAnsiTheme="majorHAnsi" w:cstheme="majorHAnsi"/>
        </w:rPr>
        <w:t xml:space="preserve"> 2000” donated 58 kg of fish skins and skeletons.</w:t>
      </w:r>
    </w:p>
    <w:p w:rsidR="00E50DA7" w:rsidRPr="00E07908" w:rsidRDefault="001E3F4A" w:rsidP="00D940B1">
      <w:pPr>
        <w:pStyle w:val="Listaconvietas"/>
        <w:tabs>
          <w:tab w:val="clear" w:pos="360"/>
          <w:tab w:val="num" w:pos="720"/>
        </w:tabs>
        <w:ind w:left="720"/>
        <w:jc w:val="both"/>
        <w:rPr>
          <w:rFonts w:asciiTheme="majorHAnsi" w:hAnsiTheme="majorHAnsi" w:cstheme="majorHAnsi"/>
        </w:rPr>
      </w:pPr>
      <w:r w:rsidRPr="00E07908">
        <w:rPr>
          <w:rFonts w:asciiTheme="majorHAnsi" w:hAnsiTheme="majorHAnsi" w:cstheme="majorHAnsi"/>
        </w:rPr>
        <w:t>We received the visit and support of our donors and alli</w:t>
      </w:r>
      <w:r w:rsidRPr="00E07908">
        <w:rPr>
          <w:rFonts w:asciiTheme="majorHAnsi" w:hAnsiTheme="majorHAnsi" w:cstheme="majorHAnsi"/>
        </w:rPr>
        <w:t>es Gwyn McKee and Micky Steward.</w:t>
      </w:r>
    </w:p>
    <w:p w:rsidR="00E50DA7" w:rsidRPr="00E07908" w:rsidRDefault="001E3F4A" w:rsidP="00D940B1">
      <w:pPr>
        <w:pStyle w:val="Ttulo1"/>
        <w:jc w:val="both"/>
        <w:rPr>
          <w:rFonts w:cstheme="majorHAnsi"/>
        </w:rPr>
      </w:pPr>
      <w:r w:rsidRPr="00E07908">
        <w:rPr>
          <w:rFonts w:cstheme="majorHAnsi"/>
        </w:rPr>
        <w:t>Self-sustainability and Food Production</w:t>
      </w:r>
    </w:p>
    <w:p w:rsidR="00E50DA7" w:rsidRPr="00E07908" w:rsidRDefault="001E3F4A" w:rsidP="00D940B1">
      <w:pPr>
        <w:jc w:val="both"/>
        <w:rPr>
          <w:rFonts w:asciiTheme="majorHAnsi" w:hAnsiTheme="majorHAnsi" w:cstheme="majorHAnsi"/>
        </w:rPr>
      </w:pPr>
      <w:r w:rsidRPr="00E07908">
        <w:rPr>
          <w:rFonts w:asciiTheme="majorHAnsi" w:hAnsiTheme="majorHAnsi" w:cstheme="majorHAnsi"/>
        </w:rPr>
        <w:t>To move towards self-sufficiency, we strengthened initiatives for the use and production of pet food.</w:t>
      </w:r>
    </w:p>
    <w:p w:rsidR="00E50DA7" w:rsidRPr="00E07908" w:rsidRDefault="001E3F4A" w:rsidP="00D940B1">
      <w:pPr>
        <w:pStyle w:val="Listaconvietas"/>
        <w:tabs>
          <w:tab w:val="clear" w:pos="360"/>
          <w:tab w:val="num" w:pos="720"/>
        </w:tabs>
        <w:ind w:left="720"/>
        <w:jc w:val="both"/>
        <w:rPr>
          <w:rFonts w:asciiTheme="majorHAnsi" w:hAnsiTheme="majorHAnsi" w:cstheme="majorHAnsi"/>
        </w:rPr>
      </w:pPr>
      <w:r w:rsidRPr="00E07908">
        <w:rPr>
          <w:rFonts w:asciiTheme="majorHAnsi" w:hAnsiTheme="majorHAnsi" w:cstheme="majorHAnsi"/>
        </w:rPr>
        <w:t xml:space="preserve"> We processed donated fish skins and skeletons to produce fish meal and suppleme</w:t>
      </w:r>
      <w:r w:rsidRPr="00E07908">
        <w:rPr>
          <w:rFonts w:asciiTheme="majorHAnsi" w:hAnsiTheme="majorHAnsi" w:cstheme="majorHAnsi"/>
        </w:rPr>
        <w:t>nts for dog food.</w:t>
      </w:r>
    </w:p>
    <w:p w:rsidR="00E50DA7" w:rsidRPr="00E07908" w:rsidRDefault="001E3F4A" w:rsidP="00D940B1">
      <w:pPr>
        <w:pStyle w:val="Listaconvietas"/>
        <w:tabs>
          <w:tab w:val="clear" w:pos="360"/>
          <w:tab w:val="num" w:pos="720"/>
        </w:tabs>
        <w:ind w:left="720"/>
        <w:jc w:val="both"/>
        <w:rPr>
          <w:rFonts w:asciiTheme="majorHAnsi" w:hAnsiTheme="majorHAnsi" w:cstheme="majorHAnsi"/>
        </w:rPr>
      </w:pPr>
      <w:r w:rsidRPr="00E07908">
        <w:rPr>
          <w:rFonts w:asciiTheme="majorHAnsi" w:hAnsiTheme="majorHAnsi" w:cstheme="majorHAnsi"/>
        </w:rPr>
        <w:t>We implemented storage and grinding of dried fish to expand our food reserves.</w:t>
      </w:r>
    </w:p>
    <w:p w:rsidR="00E50DA7" w:rsidRPr="00E07908" w:rsidRDefault="001E3F4A" w:rsidP="00D940B1">
      <w:pPr>
        <w:pStyle w:val="Ttulo1"/>
        <w:jc w:val="both"/>
        <w:rPr>
          <w:rFonts w:cstheme="majorHAnsi"/>
        </w:rPr>
      </w:pPr>
      <w:r w:rsidRPr="00E07908">
        <w:rPr>
          <w:rFonts w:cstheme="majorHAnsi"/>
        </w:rPr>
        <w:t>Center Improvements</w:t>
      </w:r>
    </w:p>
    <w:p w:rsidR="00E50DA7" w:rsidRPr="00E07908" w:rsidRDefault="001E3F4A" w:rsidP="00D940B1">
      <w:pPr>
        <w:jc w:val="both"/>
        <w:rPr>
          <w:rFonts w:asciiTheme="majorHAnsi" w:hAnsiTheme="majorHAnsi" w:cstheme="majorHAnsi"/>
        </w:rPr>
      </w:pPr>
      <w:r w:rsidRPr="00E07908">
        <w:rPr>
          <w:rFonts w:asciiTheme="majorHAnsi" w:hAnsiTheme="majorHAnsi" w:cstheme="majorHAnsi"/>
        </w:rPr>
        <w:t>Animal welfare also depends on having safe</w:t>
      </w:r>
      <w:r w:rsidRPr="00E07908">
        <w:rPr>
          <w:rFonts w:asciiTheme="majorHAnsi" w:hAnsiTheme="majorHAnsi" w:cstheme="majorHAnsi"/>
        </w:rPr>
        <w:t>, hygienic, and functional spaces.</w:t>
      </w:r>
    </w:p>
    <w:p w:rsidR="00E50DA7" w:rsidRPr="00E07908" w:rsidRDefault="001E3F4A" w:rsidP="00D940B1">
      <w:pPr>
        <w:pStyle w:val="Listaconvietas"/>
        <w:tabs>
          <w:tab w:val="clear" w:pos="360"/>
          <w:tab w:val="num" w:pos="720"/>
        </w:tabs>
        <w:ind w:left="720"/>
        <w:jc w:val="both"/>
        <w:rPr>
          <w:rFonts w:asciiTheme="majorHAnsi" w:hAnsiTheme="majorHAnsi" w:cstheme="majorHAnsi"/>
        </w:rPr>
      </w:pPr>
      <w:r w:rsidRPr="00E07908">
        <w:rPr>
          <w:rFonts w:asciiTheme="majorHAnsi" w:hAnsiTheme="majorHAnsi" w:cstheme="majorHAnsi"/>
        </w:rPr>
        <w:t>We reinforced the foundations of 5 kennels.</w:t>
      </w:r>
    </w:p>
    <w:p w:rsidR="00E50DA7" w:rsidRPr="00E07908" w:rsidRDefault="001E3F4A" w:rsidP="00D940B1">
      <w:pPr>
        <w:pStyle w:val="Listaconvietas"/>
        <w:tabs>
          <w:tab w:val="clear" w:pos="360"/>
          <w:tab w:val="num" w:pos="720"/>
        </w:tabs>
        <w:ind w:left="720"/>
        <w:jc w:val="both"/>
        <w:rPr>
          <w:rFonts w:asciiTheme="majorHAnsi" w:hAnsiTheme="majorHAnsi" w:cstheme="majorHAnsi"/>
        </w:rPr>
      </w:pPr>
      <w:r w:rsidRPr="00E07908">
        <w:rPr>
          <w:rFonts w:asciiTheme="majorHAnsi" w:hAnsiTheme="majorHAnsi" w:cstheme="majorHAnsi"/>
        </w:rPr>
        <w:t>We restored roofs and shades in shelter areas.</w:t>
      </w:r>
    </w:p>
    <w:p w:rsidR="00E50DA7" w:rsidRPr="00E07908" w:rsidRDefault="001E3F4A" w:rsidP="00D940B1">
      <w:pPr>
        <w:pStyle w:val="Listaconvietas"/>
        <w:tabs>
          <w:tab w:val="clear" w:pos="360"/>
          <w:tab w:val="num" w:pos="720"/>
        </w:tabs>
        <w:ind w:left="720"/>
        <w:jc w:val="both"/>
        <w:rPr>
          <w:rFonts w:asciiTheme="majorHAnsi" w:hAnsiTheme="majorHAnsi" w:cstheme="majorHAnsi"/>
        </w:rPr>
      </w:pPr>
      <w:r w:rsidRPr="00E07908">
        <w:rPr>
          <w:rFonts w:asciiTheme="majorHAnsi" w:hAnsiTheme="majorHAnsi" w:cstheme="majorHAnsi"/>
        </w:rPr>
        <w:t>We reorganized kennels to improve internal access and mobility for visitors and volunteers.</w:t>
      </w:r>
    </w:p>
    <w:p w:rsidR="00E50DA7" w:rsidRPr="00E07908" w:rsidRDefault="001E3F4A" w:rsidP="00D940B1">
      <w:pPr>
        <w:pStyle w:val="Listaconvietas"/>
        <w:tabs>
          <w:tab w:val="clear" w:pos="360"/>
          <w:tab w:val="num" w:pos="720"/>
        </w:tabs>
        <w:ind w:left="720"/>
        <w:jc w:val="both"/>
        <w:rPr>
          <w:rFonts w:asciiTheme="majorHAnsi" w:hAnsiTheme="majorHAnsi" w:cstheme="majorHAnsi"/>
        </w:rPr>
      </w:pPr>
      <w:r w:rsidRPr="00E07908">
        <w:rPr>
          <w:rFonts w:asciiTheme="majorHAnsi" w:hAnsiTheme="majorHAnsi" w:cstheme="majorHAnsi"/>
        </w:rPr>
        <w:t xml:space="preserve">We dismantled and relocated </w:t>
      </w:r>
      <w:r w:rsidRPr="00E07908">
        <w:rPr>
          <w:rFonts w:asciiTheme="majorHAnsi" w:hAnsiTheme="majorHAnsi" w:cstheme="majorHAnsi"/>
        </w:rPr>
        <w:t>doors to optimize spaces.</w:t>
      </w:r>
    </w:p>
    <w:p w:rsidR="00E50DA7" w:rsidRPr="00E07908" w:rsidRDefault="001E3F4A" w:rsidP="00D940B1">
      <w:pPr>
        <w:pStyle w:val="Listaconvietas"/>
        <w:tabs>
          <w:tab w:val="clear" w:pos="360"/>
          <w:tab w:val="num" w:pos="720"/>
        </w:tabs>
        <w:ind w:left="720"/>
        <w:jc w:val="both"/>
        <w:rPr>
          <w:rFonts w:asciiTheme="majorHAnsi" w:hAnsiTheme="majorHAnsi" w:cstheme="majorHAnsi"/>
        </w:rPr>
      </w:pPr>
      <w:r w:rsidRPr="00E07908">
        <w:rPr>
          <w:rFonts w:asciiTheme="majorHAnsi" w:hAnsiTheme="majorHAnsi" w:cstheme="majorHAnsi"/>
        </w:rPr>
        <w:t>We carried out integral cleaning of the warehouse, backyard, and access trail.</w:t>
      </w:r>
    </w:p>
    <w:p w:rsidR="00E50DA7" w:rsidRPr="00E07908" w:rsidRDefault="001E3F4A" w:rsidP="00D940B1">
      <w:pPr>
        <w:pStyle w:val="Ttulo1"/>
        <w:jc w:val="both"/>
        <w:rPr>
          <w:rFonts w:cstheme="majorHAnsi"/>
        </w:rPr>
      </w:pPr>
      <w:r w:rsidRPr="00E07908">
        <w:rPr>
          <w:rFonts w:cstheme="majorHAnsi"/>
        </w:rPr>
        <w:lastRenderedPageBreak/>
        <w:t>Water Project</w:t>
      </w:r>
    </w:p>
    <w:p w:rsidR="00E50DA7" w:rsidRPr="00E07908" w:rsidRDefault="001E3F4A" w:rsidP="00D940B1">
      <w:pPr>
        <w:jc w:val="both"/>
        <w:rPr>
          <w:rFonts w:asciiTheme="majorHAnsi" w:hAnsiTheme="majorHAnsi" w:cstheme="majorHAnsi"/>
        </w:rPr>
      </w:pPr>
      <w:r w:rsidRPr="00E07908">
        <w:rPr>
          <w:rFonts w:asciiTheme="majorHAnsi" w:hAnsiTheme="majorHAnsi" w:cstheme="majorHAnsi"/>
        </w:rPr>
        <w:t>Having sufficient and constant water is a vital need for the center.</w:t>
      </w:r>
    </w:p>
    <w:p w:rsidR="00E32518" w:rsidRPr="00E32518" w:rsidRDefault="00E32518" w:rsidP="00D940B1">
      <w:pPr>
        <w:pStyle w:val="Listaconvietas"/>
        <w:tabs>
          <w:tab w:val="clear" w:pos="360"/>
          <w:tab w:val="num" w:pos="720"/>
        </w:tabs>
        <w:ind w:left="720"/>
        <w:jc w:val="both"/>
        <w:rPr>
          <w:rFonts w:asciiTheme="majorHAnsi" w:hAnsiTheme="majorHAnsi" w:cstheme="majorHAnsi"/>
        </w:rPr>
      </w:pPr>
      <w:r w:rsidRPr="00E32518">
        <w:rPr>
          <w:rFonts w:asciiTheme="majorHAnsi" w:hAnsiTheme="majorHAnsi" w:cstheme="majorHAnsi"/>
        </w:rPr>
        <w:t>We acquired materials and 300 meters of hose.</w:t>
      </w:r>
    </w:p>
    <w:p w:rsidR="00E32518" w:rsidRPr="00E32518" w:rsidRDefault="00E32518" w:rsidP="00D940B1">
      <w:pPr>
        <w:pStyle w:val="Listaconvietas"/>
        <w:tabs>
          <w:tab w:val="clear" w:pos="360"/>
          <w:tab w:val="num" w:pos="720"/>
        </w:tabs>
        <w:ind w:left="720"/>
        <w:jc w:val="both"/>
        <w:rPr>
          <w:rFonts w:asciiTheme="majorHAnsi" w:hAnsiTheme="majorHAnsi" w:cstheme="majorHAnsi"/>
        </w:rPr>
      </w:pPr>
      <w:r w:rsidRPr="00E32518">
        <w:rPr>
          <w:rFonts w:asciiTheme="majorHAnsi" w:hAnsiTheme="majorHAnsi" w:cstheme="majorHAnsi"/>
        </w:rPr>
        <w:t xml:space="preserve">We transferred </w:t>
      </w:r>
      <w:r>
        <w:rPr>
          <w:rFonts w:asciiTheme="majorHAnsi" w:hAnsiTheme="majorHAnsi" w:cstheme="majorHAnsi"/>
        </w:rPr>
        <w:t>and cleaned a 5,000-liter tank.</w:t>
      </w:r>
    </w:p>
    <w:p w:rsidR="00E32518" w:rsidRPr="00E32518" w:rsidRDefault="00E32518" w:rsidP="00D940B1">
      <w:pPr>
        <w:pStyle w:val="Listaconvietas"/>
        <w:tabs>
          <w:tab w:val="clear" w:pos="360"/>
          <w:tab w:val="num" w:pos="720"/>
        </w:tabs>
        <w:ind w:left="720"/>
        <w:jc w:val="both"/>
        <w:rPr>
          <w:rFonts w:asciiTheme="majorHAnsi" w:hAnsiTheme="majorHAnsi" w:cstheme="majorHAnsi"/>
        </w:rPr>
      </w:pPr>
      <w:r w:rsidRPr="00E32518">
        <w:rPr>
          <w:rFonts w:asciiTheme="majorHAnsi" w:hAnsiTheme="majorHAnsi" w:cstheme="majorHAnsi"/>
        </w:rPr>
        <w:t>We adapted the old basin a</w:t>
      </w:r>
      <w:r>
        <w:rPr>
          <w:rFonts w:asciiTheme="majorHAnsi" w:hAnsiTheme="majorHAnsi" w:cstheme="majorHAnsi"/>
        </w:rPr>
        <w:t>s a base for tank installation.</w:t>
      </w:r>
    </w:p>
    <w:p w:rsidR="00E32518" w:rsidRPr="00E32518" w:rsidRDefault="00E32518" w:rsidP="00D940B1">
      <w:pPr>
        <w:pStyle w:val="Listaconvietas"/>
        <w:tabs>
          <w:tab w:val="clear" w:pos="360"/>
          <w:tab w:val="num" w:pos="720"/>
        </w:tabs>
        <w:ind w:left="720"/>
        <w:jc w:val="both"/>
        <w:rPr>
          <w:rFonts w:asciiTheme="majorHAnsi" w:hAnsiTheme="majorHAnsi" w:cstheme="majorHAnsi"/>
        </w:rPr>
      </w:pPr>
      <w:r w:rsidRPr="00E32518">
        <w:rPr>
          <w:rFonts w:asciiTheme="majorHAnsi" w:hAnsiTheme="majorHAnsi" w:cstheme="majorHAnsi"/>
        </w:rPr>
        <w:t>We installed 3 tanks with a combined capaci</w:t>
      </w:r>
      <w:r>
        <w:rPr>
          <w:rFonts w:asciiTheme="majorHAnsi" w:hAnsiTheme="majorHAnsi" w:cstheme="majorHAnsi"/>
        </w:rPr>
        <w:t>ty of 10,000 liters.</w:t>
      </w:r>
    </w:p>
    <w:p w:rsidR="00E32518" w:rsidRPr="00E32518" w:rsidRDefault="00E32518" w:rsidP="00D940B1">
      <w:pPr>
        <w:pStyle w:val="Listaconvietas"/>
        <w:tabs>
          <w:tab w:val="clear" w:pos="360"/>
          <w:tab w:val="num" w:pos="720"/>
        </w:tabs>
        <w:ind w:left="720"/>
        <w:jc w:val="both"/>
        <w:rPr>
          <w:rFonts w:asciiTheme="majorHAnsi" w:hAnsiTheme="majorHAnsi" w:cstheme="majorHAnsi"/>
        </w:rPr>
      </w:pPr>
      <w:r w:rsidRPr="00E32518">
        <w:rPr>
          <w:rFonts w:asciiTheme="majorHAnsi" w:hAnsiTheme="majorHAnsi" w:cstheme="majorHAnsi"/>
        </w:rPr>
        <w:t>We built supports with concrete posts for the installation of more than 300 meters of p</w:t>
      </w:r>
      <w:r>
        <w:rPr>
          <w:rFonts w:asciiTheme="majorHAnsi" w:hAnsiTheme="majorHAnsi" w:cstheme="majorHAnsi"/>
        </w:rPr>
        <w:t>ipes and hoses with air purges.</w:t>
      </w:r>
    </w:p>
    <w:p w:rsidR="00E32518" w:rsidRPr="00E07908" w:rsidRDefault="00E32518" w:rsidP="00D940B1">
      <w:pPr>
        <w:pStyle w:val="Listaconvietas"/>
        <w:tabs>
          <w:tab w:val="clear" w:pos="360"/>
          <w:tab w:val="num" w:pos="720"/>
        </w:tabs>
        <w:ind w:left="720"/>
        <w:jc w:val="both"/>
        <w:rPr>
          <w:rFonts w:asciiTheme="majorHAnsi" w:hAnsiTheme="majorHAnsi" w:cstheme="majorHAnsi"/>
        </w:rPr>
      </w:pPr>
      <w:r w:rsidRPr="00E32518">
        <w:rPr>
          <w:rFonts w:asciiTheme="majorHAnsi" w:hAnsiTheme="majorHAnsi" w:cstheme="majorHAnsi"/>
        </w:rPr>
        <w:t>We successfully carried out tests of potable water delivery from a neighbor’s home to CRESCA.</w:t>
      </w:r>
    </w:p>
    <w:p w:rsidR="00E50DA7" w:rsidRPr="00E07908" w:rsidRDefault="001E3F4A" w:rsidP="00D940B1">
      <w:pPr>
        <w:pStyle w:val="Ttulo1"/>
        <w:jc w:val="both"/>
        <w:rPr>
          <w:rFonts w:cstheme="majorHAnsi"/>
        </w:rPr>
      </w:pPr>
      <w:r w:rsidRPr="00E07908">
        <w:rPr>
          <w:rFonts w:cstheme="majorHAnsi"/>
        </w:rPr>
        <w:t>Summary of Achievements (January – June 2025)</w:t>
      </w:r>
    </w:p>
    <w:p w:rsidR="00D940B1" w:rsidRPr="00D940B1" w:rsidRDefault="00D940B1" w:rsidP="00D940B1">
      <w:pPr>
        <w:pStyle w:val="Listaconvietas"/>
        <w:tabs>
          <w:tab w:val="clear" w:pos="360"/>
          <w:tab w:val="num" w:pos="720"/>
        </w:tabs>
        <w:ind w:left="720"/>
        <w:jc w:val="both"/>
        <w:rPr>
          <w:rFonts w:asciiTheme="majorHAnsi" w:hAnsiTheme="majorHAnsi" w:cstheme="majorHAnsi"/>
        </w:rPr>
      </w:pPr>
      <w:r w:rsidRPr="00D940B1">
        <w:rPr>
          <w:rFonts w:asciiTheme="majorHAnsi" w:hAnsiTheme="majorHAnsi" w:cstheme="majorHAnsi"/>
        </w:rPr>
        <w:t>16 pets rescued.</w:t>
      </w:r>
    </w:p>
    <w:p w:rsidR="00D940B1" w:rsidRPr="00D940B1" w:rsidRDefault="00D940B1" w:rsidP="00D940B1">
      <w:pPr>
        <w:pStyle w:val="Listaconvietas"/>
        <w:tabs>
          <w:tab w:val="clear" w:pos="360"/>
          <w:tab w:val="num" w:pos="720"/>
        </w:tabs>
        <w:ind w:left="720"/>
        <w:jc w:val="both"/>
        <w:rPr>
          <w:rFonts w:asciiTheme="majorHAnsi" w:hAnsiTheme="majorHAnsi" w:cstheme="majorHAnsi"/>
        </w:rPr>
      </w:pPr>
      <w:r w:rsidRPr="00D940B1">
        <w:rPr>
          <w:rFonts w:asciiTheme="majorHAnsi" w:hAnsiTheme="majorHAnsi" w:cstheme="majorHAnsi"/>
        </w:rPr>
        <w:t>4 adoptions completed, 3</w:t>
      </w:r>
      <w:r>
        <w:rPr>
          <w:rFonts w:asciiTheme="majorHAnsi" w:hAnsiTheme="majorHAnsi" w:cstheme="majorHAnsi"/>
        </w:rPr>
        <w:t xml:space="preserve"> in Santa </w:t>
      </w:r>
      <w:proofErr w:type="spellStart"/>
      <w:r>
        <w:rPr>
          <w:rFonts w:asciiTheme="majorHAnsi" w:hAnsiTheme="majorHAnsi" w:cstheme="majorHAnsi"/>
        </w:rPr>
        <w:t>Rosalía</w:t>
      </w:r>
      <w:proofErr w:type="spellEnd"/>
      <w:r>
        <w:rPr>
          <w:rFonts w:asciiTheme="majorHAnsi" w:hAnsiTheme="majorHAnsi" w:cstheme="majorHAnsi"/>
        </w:rPr>
        <w:t xml:space="preserve"> and 1 abroad.</w:t>
      </w:r>
    </w:p>
    <w:p w:rsidR="00D940B1" w:rsidRPr="00D940B1" w:rsidRDefault="00D940B1" w:rsidP="00D940B1">
      <w:pPr>
        <w:pStyle w:val="Listaconvietas"/>
        <w:tabs>
          <w:tab w:val="clear" w:pos="360"/>
          <w:tab w:val="num" w:pos="720"/>
        </w:tabs>
        <w:ind w:left="720"/>
        <w:jc w:val="both"/>
        <w:rPr>
          <w:rFonts w:asciiTheme="majorHAnsi" w:hAnsiTheme="majorHAnsi" w:cstheme="majorHAnsi"/>
        </w:rPr>
      </w:pPr>
      <w:r w:rsidRPr="00D940B1">
        <w:rPr>
          <w:rFonts w:asciiTheme="majorHAnsi" w:hAnsiTheme="majorHAnsi" w:cstheme="majorHAnsi"/>
        </w:rPr>
        <w:t>400 sterilizations performed in collaborati</w:t>
      </w:r>
      <w:r>
        <w:rPr>
          <w:rFonts w:asciiTheme="majorHAnsi" w:hAnsiTheme="majorHAnsi" w:cstheme="majorHAnsi"/>
        </w:rPr>
        <w:t>on with different institutions.</w:t>
      </w:r>
    </w:p>
    <w:p w:rsidR="00D940B1" w:rsidRPr="00D940B1" w:rsidRDefault="00D940B1" w:rsidP="00D940B1">
      <w:pPr>
        <w:pStyle w:val="Listaconvietas"/>
        <w:tabs>
          <w:tab w:val="clear" w:pos="360"/>
          <w:tab w:val="num" w:pos="720"/>
        </w:tabs>
        <w:ind w:left="720"/>
        <w:jc w:val="both"/>
        <w:rPr>
          <w:rFonts w:asciiTheme="majorHAnsi" w:hAnsiTheme="majorHAnsi" w:cstheme="majorHAnsi"/>
        </w:rPr>
      </w:pPr>
      <w:r w:rsidRPr="00D940B1">
        <w:rPr>
          <w:rFonts w:asciiTheme="majorHAnsi" w:hAnsiTheme="majorHAnsi" w:cstheme="majorHAnsi"/>
        </w:rPr>
        <w:t>More than 3,700 kg of food received in donatio</w:t>
      </w:r>
      <w:r>
        <w:rPr>
          <w:rFonts w:asciiTheme="majorHAnsi" w:hAnsiTheme="majorHAnsi" w:cstheme="majorHAnsi"/>
        </w:rPr>
        <w:t>ns (kibble, fish, and chicken).</w:t>
      </w:r>
    </w:p>
    <w:p w:rsidR="00D940B1" w:rsidRPr="00D940B1" w:rsidRDefault="00D940B1" w:rsidP="00D940B1">
      <w:pPr>
        <w:pStyle w:val="Listaconvietas"/>
        <w:tabs>
          <w:tab w:val="clear" w:pos="360"/>
          <w:tab w:val="num" w:pos="720"/>
        </w:tabs>
        <w:ind w:left="720"/>
        <w:jc w:val="both"/>
        <w:rPr>
          <w:rFonts w:asciiTheme="majorHAnsi" w:hAnsiTheme="majorHAnsi" w:cstheme="majorHAnsi"/>
        </w:rPr>
      </w:pPr>
      <w:r w:rsidRPr="00D940B1">
        <w:rPr>
          <w:rFonts w:asciiTheme="majorHAnsi" w:hAnsiTheme="majorHAnsi" w:cstheme="majorHAnsi"/>
        </w:rPr>
        <w:t>5 kennels reinforced, 16 new metal feeders, and water storage capa</w:t>
      </w:r>
      <w:r>
        <w:rPr>
          <w:rFonts w:asciiTheme="majorHAnsi" w:hAnsiTheme="majorHAnsi" w:cstheme="majorHAnsi"/>
        </w:rPr>
        <w:t>city expanded to 10,000 liters.</w:t>
      </w:r>
    </w:p>
    <w:p w:rsidR="00822C6F" w:rsidRPr="001E3F4A" w:rsidRDefault="00D940B1" w:rsidP="00D940B1">
      <w:pPr>
        <w:pStyle w:val="Listaconvietas"/>
        <w:tabs>
          <w:tab w:val="clear" w:pos="360"/>
          <w:tab w:val="num" w:pos="720"/>
        </w:tabs>
        <w:ind w:left="720"/>
        <w:jc w:val="both"/>
        <w:rPr>
          <w:rFonts w:asciiTheme="majorHAnsi" w:hAnsiTheme="majorHAnsi" w:cstheme="majorHAnsi"/>
        </w:rPr>
      </w:pPr>
      <w:r w:rsidRPr="00D940B1">
        <w:rPr>
          <w:rFonts w:asciiTheme="majorHAnsi" w:hAnsiTheme="majorHAnsi" w:cstheme="majorHAnsi"/>
        </w:rPr>
        <w:t>Consolidation of alliances with national and international institutions.</w:t>
      </w:r>
    </w:p>
    <w:p w:rsidR="00E50DA7" w:rsidRDefault="001E3F4A" w:rsidP="00D940B1">
      <w:pPr>
        <w:jc w:val="both"/>
        <w:rPr>
          <w:rFonts w:asciiTheme="majorHAnsi" w:hAnsiTheme="majorHAnsi" w:cstheme="majorHAnsi"/>
        </w:rPr>
      </w:pPr>
      <w:r w:rsidRPr="00E07908">
        <w:rPr>
          <w:rFonts w:asciiTheme="majorHAnsi" w:hAnsiTheme="majorHAnsi" w:cstheme="majorHAnsi"/>
        </w:rPr>
        <w:t>With the support of the community, sponsors, and allied institutions, CRESCA continues to transform lives and promote a future of animal welfare in Mulegé.</w:t>
      </w:r>
    </w:p>
    <w:p w:rsidR="00D940B1" w:rsidRDefault="00D940B1" w:rsidP="00D940B1">
      <w:pPr>
        <w:jc w:val="both"/>
        <w:rPr>
          <w:rFonts w:asciiTheme="majorHAnsi" w:hAnsiTheme="majorHAnsi" w:cstheme="majorHAnsi"/>
        </w:rPr>
      </w:pPr>
      <w:r w:rsidRPr="004B2983">
        <w:rPr>
          <w:rFonts w:asciiTheme="majorHAnsi" w:hAnsiTheme="majorHAnsi" w:cstheme="majorHAnsi"/>
          <w:noProof/>
          <w:sz w:val="20"/>
          <w:lang w:val="es-MX" w:eastAsia="es-MX"/>
        </w:rPr>
        <w:drawing>
          <wp:inline distT="0" distB="0" distL="0" distR="0" wp14:anchorId="5CFAD5B2" wp14:editId="1DE4F3CB">
            <wp:extent cx="5486400" cy="3085465"/>
            <wp:effectExtent l="0" t="0" r="0" b="635"/>
            <wp:docPr id="6" name="Imagen 6" descr="C:\Users\alex\Pictures\2025\04 Abril\20250402 Campaña de Esterilización Universidad de Colorado comite salud municipal\IMG-2025040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Pictures\2025\04 Abril\20250402 Campaña de Esterilización Universidad de Colorado comite salud municipal\IMG-20250403-WA00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0B1" w:rsidRDefault="00D940B1" w:rsidP="00D940B1">
      <w:pPr>
        <w:jc w:val="center"/>
        <w:rPr>
          <w:rFonts w:asciiTheme="majorHAnsi" w:hAnsiTheme="majorHAnsi" w:cstheme="majorHAnsi"/>
          <w:sz w:val="16"/>
        </w:rPr>
      </w:pPr>
      <w:r w:rsidRPr="00D940B1">
        <w:rPr>
          <w:rFonts w:asciiTheme="majorHAnsi" w:hAnsiTheme="majorHAnsi" w:cstheme="majorHAnsi"/>
          <w:sz w:val="16"/>
        </w:rPr>
        <w:t>Volunteers from Colorado State University participating in free sterilizations</w:t>
      </w:r>
    </w:p>
    <w:p w:rsidR="00857E46" w:rsidRDefault="00857E46" w:rsidP="00D940B1">
      <w:pPr>
        <w:jc w:val="center"/>
        <w:rPr>
          <w:rFonts w:asciiTheme="majorHAnsi" w:hAnsiTheme="majorHAnsi" w:cstheme="majorHAnsi"/>
          <w:sz w:val="16"/>
        </w:rPr>
      </w:pPr>
      <w:r w:rsidRPr="004B2983">
        <w:rPr>
          <w:rFonts w:asciiTheme="majorHAnsi" w:hAnsiTheme="majorHAnsi" w:cstheme="majorHAnsi"/>
          <w:noProof/>
          <w:sz w:val="20"/>
          <w:lang w:val="es-MX" w:eastAsia="es-MX"/>
        </w:rPr>
        <w:lastRenderedPageBreak/>
        <w:drawing>
          <wp:inline distT="0" distB="0" distL="0" distR="0" wp14:anchorId="67CE584C" wp14:editId="721E39B7">
            <wp:extent cx="1847305" cy="2880000"/>
            <wp:effectExtent l="0" t="0" r="635" b="0"/>
            <wp:docPr id="5" name="Imagen 5" descr="C:\Users\alex\Pictures\2025\03 Marzo\20250310 Visita extranjeros Canada Kelly Renee Sloan Adopción de Tacoma donación de jaula metalica y comida para perros rescate cachorra Tundra CRESCA\IMG-2025031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Pictures\2025\03 Marzo\20250310 Visita extranjeros Canada Kelly Renee Sloan Adopción de Tacoma donación de jaula metalica y comida para perros rescate cachorra Tundra CRESCA\IMG-20250310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05"/>
                    <a:stretch/>
                  </pic:blipFill>
                  <pic:spPr bwMode="auto">
                    <a:xfrm>
                      <a:off x="0" y="0"/>
                      <a:ext cx="184730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E46" w:rsidRDefault="00857E46" w:rsidP="00D940B1">
      <w:pPr>
        <w:jc w:val="center"/>
        <w:rPr>
          <w:rFonts w:asciiTheme="majorHAnsi" w:hAnsiTheme="majorHAnsi" w:cstheme="majorHAnsi"/>
          <w:sz w:val="16"/>
        </w:rPr>
      </w:pPr>
      <w:r w:rsidRPr="00857E46">
        <w:rPr>
          <w:rFonts w:asciiTheme="majorHAnsi" w:hAnsiTheme="majorHAnsi" w:cstheme="majorHAnsi"/>
          <w:sz w:val="16"/>
        </w:rPr>
        <w:t>Adopted pet</w:t>
      </w:r>
    </w:p>
    <w:p w:rsidR="00D6259F" w:rsidRDefault="00D6259F" w:rsidP="00D940B1">
      <w:pPr>
        <w:jc w:val="center"/>
        <w:rPr>
          <w:rFonts w:asciiTheme="majorHAnsi" w:hAnsiTheme="majorHAnsi" w:cstheme="majorHAnsi"/>
          <w:sz w:val="16"/>
        </w:rPr>
      </w:pPr>
      <w:r w:rsidRPr="004B2983">
        <w:rPr>
          <w:rFonts w:asciiTheme="majorHAnsi" w:hAnsiTheme="majorHAnsi" w:cstheme="majorHAnsi"/>
          <w:noProof/>
          <w:lang w:val="es-MX" w:eastAsia="es-MX"/>
        </w:rPr>
        <w:drawing>
          <wp:inline distT="0" distB="0" distL="0" distR="0" wp14:anchorId="0F77FE86" wp14:editId="096C01AF">
            <wp:extent cx="2400695" cy="2880000"/>
            <wp:effectExtent l="0" t="0" r="0" b="0"/>
            <wp:docPr id="8" name="Imagen 8" descr="C:\Users\alex\Pictures\2025\04 Abril\20250403 procesamiento de pescado donado para alimento perros CRESCA\IMG-2025040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\Pictures\2025\04 Abril\20250403 procesamiento de pescado donado para alimento perros CRESCA\IMG-20250404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23" b="16797"/>
                    <a:stretch/>
                  </pic:blipFill>
                  <pic:spPr bwMode="auto">
                    <a:xfrm>
                      <a:off x="0" y="0"/>
                      <a:ext cx="240069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59F" w:rsidRDefault="00D6259F" w:rsidP="00D940B1">
      <w:pPr>
        <w:jc w:val="center"/>
        <w:rPr>
          <w:rFonts w:asciiTheme="majorHAnsi" w:hAnsiTheme="majorHAnsi" w:cstheme="majorHAnsi"/>
          <w:sz w:val="16"/>
        </w:rPr>
      </w:pPr>
      <w:r w:rsidRPr="00D6259F">
        <w:rPr>
          <w:rFonts w:asciiTheme="majorHAnsi" w:hAnsiTheme="majorHAnsi" w:cstheme="majorHAnsi"/>
          <w:sz w:val="16"/>
        </w:rPr>
        <w:t>Fish dehydration (process for making flour)</w:t>
      </w:r>
    </w:p>
    <w:p w:rsidR="001E3F4A" w:rsidRDefault="001E3F4A">
      <w:pPr>
        <w:rPr>
          <w:rFonts w:asciiTheme="majorHAnsi" w:hAnsiTheme="majorHAnsi" w:cstheme="majorHAnsi"/>
          <w:sz w:val="16"/>
        </w:rPr>
      </w:pPr>
      <w:r>
        <w:rPr>
          <w:rFonts w:asciiTheme="majorHAnsi" w:hAnsiTheme="majorHAnsi" w:cstheme="majorHAnsi"/>
          <w:sz w:val="16"/>
        </w:rPr>
        <w:br w:type="page"/>
      </w:r>
    </w:p>
    <w:p w:rsidR="001E3F4A" w:rsidRDefault="001E3F4A" w:rsidP="00D940B1">
      <w:pPr>
        <w:jc w:val="center"/>
        <w:rPr>
          <w:rFonts w:asciiTheme="majorHAnsi" w:hAnsiTheme="majorHAnsi" w:cstheme="majorHAnsi"/>
          <w:sz w:val="16"/>
        </w:rPr>
      </w:pPr>
      <w:bookmarkStart w:id="0" w:name="_GoBack"/>
      <w:bookmarkEnd w:id="0"/>
    </w:p>
    <w:p w:rsidR="00D6259F" w:rsidRDefault="00D6259F" w:rsidP="00D940B1">
      <w:pPr>
        <w:jc w:val="center"/>
        <w:rPr>
          <w:rFonts w:asciiTheme="majorHAnsi" w:hAnsiTheme="majorHAnsi" w:cstheme="majorHAnsi"/>
          <w:sz w:val="16"/>
        </w:rPr>
      </w:pPr>
      <w:r w:rsidRPr="004B2983">
        <w:rPr>
          <w:rFonts w:asciiTheme="majorHAnsi" w:hAnsiTheme="majorHAnsi" w:cstheme="majorHAnsi"/>
          <w:noProof/>
          <w:lang w:val="es-MX" w:eastAsia="es-MX"/>
        </w:rPr>
        <w:drawing>
          <wp:anchor distT="0" distB="0" distL="114300" distR="114300" simplePos="0" relativeHeight="251659264" behindDoc="1" locked="0" layoutInCell="1" allowOverlap="1" wp14:anchorId="305B0852" wp14:editId="2F5B0DA7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486400" cy="3656686"/>
            <wp:effectExtent l="0" t="0" r="0" b="1270"/>
            <wp:wrapNone/>
            <wp:docPr id="2" name="Imagen 2" descr="C:\Users\alex\Pictures\2025\03\20250312 Donacion Croquetas PURINA CRESCA\IMG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\Pictures\2025\03\20250312 Donacion Croquetas PURINA CRESCA\IMG_08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263" cy="366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59F" w:rsidRPr="00D6259F" w:rsidRDefault="00D6259F" w:rsidP="00D6259F">
      <w:pPr>
        <w:rPr>
          <w:rFonts w:asciiTheme="majorHAnsi" w:hAnsiTheme="majorHAnsi" w:cstheme="majorHAnsi"/>
          <w:sz w:val="16"/>
        </w:rPr>
      </w:pPr>
    </w:p>
    <w:p w:rsidR="00D6259F" w:rsidRPr="00D6259F" w:rsidRDefault="00D6259F" w:rsidP="00D6259F">
      <w:pPr>
        <w:rPr>
          <w:rFonts w:asciiTheme="majorHAnsi" w:hAnsiTheme="majorHAnsi" w:cstheme="majorHAnsi"/>
          <w:sz w:val="16"/>
        </w:rPr>
      </w:pPr>
    </w:p>
    <w:p w:rsidR="00D6259F" w:rsidRPr="00D6259F" w:rsidRDefault="00D6259F" w:rsidP="00D6259F">
      <w:pPr>
        <w:rPr>
          <w:rFonts w:asciiTheme="majorHAnsi" w:hAnsiTheme="majorHAnsi" w:cstheme="majorHAnsi"/>
          <w:sz w:val="16"/>
        </w:rPr>
      </w:pPr>
    </w:p>
    <w:p w:rsidR="00D6259F" w:rsidRPr="00D6259F" w:rsidRDefault="00D6259F" w:rsidP="00D6259F">
      <w:pPr>
        <w:rPr>
          <w:rFonts w:asciiTheme="majorHAnsi" w:hAnsiTheme="majorHAnsi" w:cstheme="majorHAnsi"/>
          <w:sz w:val="16"/>
        </w:rPr>
      </w:pPr>
    </w:p>
    <w:p w:rsidR="00D6259F" w:rsidRPr="00D6259F" w:rsidRDefault="00D6259F" w:rsidP="00D6259F">
      <w:pPr>
        <w:rPr>
          <w:rFonts w:asciiTheme="majorHAnsi" w:hAnsiTheme="majorHAnsi" w:cstheme="majorHAnsi"/>
          <w:sz w:val="16"/>
        </w:rPr>
      </w:pPr>
    </w:p>
    <w:p w:rsidR="00D6259F" w:rsidRPr="00D6259F" w:rsidRDefault="00D6259F" w:rsidP="00D6259F">
      <w:pPr>
        <w:rPr>
          <w:rFonts w:asciiTheme="majorHAnsi" w:hAnsiTheme="majorHAnsi" w:cstheme="majorHAnsi"/>
          <w:sz w:val="16"/>
        </w:rPr>
      </w:pPr>
    </w:p>
    <w:p w:rsidR="00D6259F" w:rsidRPr="00D6259F" w:rsidRDefault="00D6259F" w:rsidP="00D6259F">
      <w:pPr>
        <w:rPr>
          <w:rFonts w:asciiTheme="majorHAnsi" w:hAnsiTheme="majorHAnsi" w:cstheme="majorHAnsi"/>
          <w:sz w:val="16"/>
        </w:rPr>
      </w:pPr>
    </w:p>
    <w:p w:rsidR="00D6259F" w:rsidRPr="00D6259F" w:rsidRDefault="00D6259F" w:rsidP="00D6259F">
      <w:pPr>
        <w:rPr>
          <w:rFonts w:asciiTheme="majorHAnsi" w:hAnsiTheme="majorHAnsi" w:cstheme="majorHAnsi"/>
          <w:sz w:val="16"/>
        </w:rPr>
      </w:pPr>
    </w:p>
    <w:p w:rsidR="00D6259F" w:rsidRPr="00D6259F" w:rsidRDefault="00D6259F" w:rsidP="00D6259F">
      <w:pPr>
        <w:rPr>
          <w:rFonts w:asciiTheme="majorHAnsi" w:hAnsiTheme="majorHAnsi" w:cstheme="majorHAnsi"/>
          <w:sz w:val="16"/>
        </w:rPr>
      </w:pPr>
    </w:p>
    <w:p w:rsidR="00D6259F" w:rsidRPr="00D6259F" w:rsidRDefault="00D6259F" w:rsidP="00D6259F">
      <w:pPr>
        <w:rPr>
          <w:rFonts w:asciiTheme="majorHAnsi" w:hAnsiTheme="majorHAnsi" w:cstheme="majorHAnsi"/>
          <w:sz w:val="16"/>
        </w:rPr>
      </w:pPr>
    </w:p>
    <w:p w:rsidR="00D6259F" w:rsidRPr="00D6259F" w:rsidRDefault="00D6259F" w:rsidP="00D6259F">
      <w:pPr>
        <w:rPr>
          <w:rFonts w:asciiTheme="majorHAnsi" w:hAnsiTheme="majorHAnsi" w:cstheme="majorHAnsi"/>
          <w:sz w:val="16"/>
        </w:rPr>
      </w:pPr>
    </w:p>
    <w:p w:rsidR="00D6259F" w:rsidRPr="00D6259F" w:rsidRDefault="00D6259F" w:rsidP="00D6259F">
      <w:pPr>
        <w:rPr>
          <w:rFonts w:asciiTheme="majorHAnsi" w:hAnsiTheme="majorHAnsi" w:cstheme="majorHAnsi"/>
          <w:sz w:val="16"/>
        </w:rPr>
      </w:pPr>
    </w:p>
    <w:p w:rsidR="00D6259F" w:rsidRDefault="00D6259F" w:rsidP="00D6259F">
      <w:pPr>
        <w:rPr>
          <w:rFonts w:asciiTheme="majorHAnsi" w:hAnsiTheme="majorHAnsi" w:cstheme="majorHAnsi"/>
          <w:sz w:val="16"/>
        </w:rPr>
      </w:pPr>
    </w:p>
    <w:p w:rsidR="00D6259F" w:rsidRPr="00D6259F" w:rsidRDefault="00D6259F" w:rsidP="00D6259F">
      <w:pPr>
        <w:tabs>
          <w:tab w:val="left" w:pos="6030"/>
        </w:tabs>
        <w:jc w:val="center"/>
        <w:rPr>
          <w:rFonts w:asciiTheme="majorHAnsi" w:hAnsiTheme="majorHAnsi" w:cstheme="majorHAnsi"/>
          <w:sz w:val="16"/>
        </w:rPr>
      </w:pPr>
      <w:r w:rsidRPr="00D6259F">
        <w:rPr>
          <w:rFonts w:asciiTheme="majorHAnsi" w:hAnsiTheme="majorHAnsi" w:cstheme="majorHAnsi"/>
          <w:sz w:val="16"/>
        </w:rPr>
        <w:t>Receipt of donation of dog food</w:t>
      </w:r>
    </w:p>
    <w:sectPr w:rsidR="00D6259F" w:rsidRPr="00D6259F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6063C"/>
    <w:rsid w:val="00145F3C"/>
    <w:rsid w:val="0015074B"/>
    <w:rsid w:val="001E3F4A"/>
    <w:rsid w:val="00227402"/>
    <w:rsid w:val="00287751"/>
    <w:rsid w:val="0029639D"/>
    <w:rsid w:val="002B27E6"/>
    <w:rsid w:val="00326F90"/>
    <w:rsid w:val="003410DC"/>
    <w:rsid w:val="003C417D"/>
    <w:rsid w:val="00641C5E"/>
    <w:rsid w:val="006F7C5A"/>
    <w:rsid w:val="00822C6F"/>
    <w:rsid w:val="00857E46"/>
    <w:rsid w:val="00925C51"/>
    <w:rsid w:val="00936DF3"/>
    <w:rsid w:val="0099126D"/>
    <w:rsid w:val="00AA1485"/>
    <w:rsid w:val="00AA1D8D"/>
    <w:rsid w:val="00AE4875"/>
    <w:rsid w:val="00AF47F3"/>
    <w:rsid w:val="00AF6080"/>
    <w:rsid w:val="00B47730"/>
    <w:rsid w:val="00CB0664"/>
    <w:rsid w:val="00D25CE8"/>
    <w:rsid w:val="00D6259F"/>
    <w:rsid w:val="00D940B1"/>
    <w:rsid w:val="00E07908"/>
    <w:rsid w:val="00E32518"/>
    <w:rsid w:val="00E50DA7"/>
    <w:rsid w:val="00EC7C66"/>
    <w:rsid w:val="00ED1CA7"/>
    <w:rsid w:val="00F33F1D"/>
    <w:rsid w:val="00FC693F"/>
    <w:rsid w:val="00FF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E10EEF"/>
  <w14:defaultImageDpi w14:val="300"/>
  <w15:docId w15:val="{413C4512-0640-44F0-B916-DB6AB89BB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60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C5C4D0E-6032-40E4-93DA-4E29A4675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882</Words>
  <Characters>4851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5722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alex</cp:lastModifiedBy>
  <cp:revision>3</cp:revision>
  <dcterms:created xsi:type="dcterms:W3CDTF">2025-09-09T21:25:00Z</dcterms:created>
  <dcterms:modified xsi:type="dcterms:W3CDTF">2025-09-09T21:26:00Z</dcterms:modified>
  <cp:category/>
</cp:coreProperties>
</file>